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97E7" w14:textId="6A14506E" w:rsidR="00115A21" w:rsidRPr="000970C9" w:rsidRDefault="000970C9">
      <w:pPr>
        <w:pStyle w:val="Cmsor1"/>
        <w:rPr>
          <w:sz w:val="32"/>
          <w:szCs w:val="32"/>
          <w:u w:val="single"/>
        </w:rPr>
      </w:pPr>
      <w:proofErr w:type="spellStart"/>
      <w:r>
        <w:rPr>
          <w:sz w:val="32"/>
          <w:szCs w:val="32"/>
          <w:u w:val="single"/>
        </w:rPr>
        <w:t>Beiratkozási</w:t>
      </w:r>
      <w:proofErr w:type="spellEnd"/>
      <w:r w:rsidR="00000000" w:rsidRPr="000970C9">
        <w:rPr>
          <w:sz w:val="32"/>
          <w:szCs w:val="32"/>
          <w:u w:val="single"/>
        </w:rPr>
        <w:t xml:space="preserve"> </w:t>
      </w:r>
      <w:proofErr w:type="spellStart"/>
      <w:r w:rsidR="00000000" w:rsidRPr="000970C9">
        <w:rPr>
          <w:sz w:val="32"/>
          <w:szCs w:val="32"/>
          <w:u w:val="single"/>
        </w:rPr>
        <w:t>adatlap</w:t>
      </w:r>
      <w:proofErr w:type="spellEnd"/>
    </w:p>
    <w:p w14:paraId="4881276C" w14:textId="77777777" w:rsidR="00115A21" w:rsidRDefault="00000000">
      <w:pPr>
        <w:pStyle w:val="Cmsor2"/>
      </w:pPr>
      <w:r>
        <w:t>1. Gyermek adatai</w:t>
      </w:r>
    </w:p>
    <w:p w14:paraId="53290BC5" w14:textId="77777777" w:rsidR="000970C9" w:rsidRDefault="000970C9"/>
    <w:p w14:paraId="1DD24383" w14:textId="082A2062" w:rsidR="00115A21" w:rsidRDefault="00000000">
      <w:r>
        <w:t xml:space="preserve">Gyermek </w:t>
      </w:r>
      <w:proofErr w:type="gramStart"/>
      <w:r>
        <w:t>neve</w:t>
      </w:r>
      <w:proofErr w:type="gramEnd"/>
      <w:r>
        <w:t>:</w:t>
      </w:r>
      <w:r w:rsidR="00BD6A87">
        <w:t xml:space="preserve"> _________________________________________</w:t>
      </w:r>
    </w:p>
    <w:p w14:paraId="2674B3EF" w14:textId="581CD383" w:rsidR="00115A21" w:rsidRDefault="00000000">
      <w:proofErr w:type="spellStart"/>
      <w:r>
        <w:t>Születési</w:t>
      </w:r>
      <w:proofErr w:type="spellEnd"/>
      <w:r>
        <w:t xml:space="preserve"> </w:t>
      </w:r>
      <w:proofErr w:type="spellStart"/>
      <w:r>
        <w:t>hely</w:t>
      </w:r>
      <w:proofErr w:type="spellEnd"/>
      <w:r>
        <w:t xml:space="preserve">, </w:t>
      </w:r>
      <w:proofErr w:type="spellStart"/>
      <w:r>
        <w:t>idő</w:t>
      </w:r>
      <w:proofErr w:type="spellEnd"/>
      <w:r>
        <w:t>:</w:t>
      </w:r>
      <w:r w:rsidR="00BD6A87">
        <w:t xml:space="preserve"> _____________________________________</w:t>
      </w:r>
    </w:p>
    <w:p w14:paraId="6627AC44" w14:textId="0CE72F9A" w:rsidR="00115A21" w:rsidRDefault="00000000">
      <w:r>
        <w:t xml:space="preserve">Anyja </w:t>
      </w:r>
      <w:proofErr w:type="gramStart"/>
      <w:r>
        <w:t>neve</w:t>
      </w:r>
      <w:proofErr w:type="gramEnd"/>
      <w:r>
        <w:t xml:space="preserve">: </w:t>
      </w:r>
      <w:r w:rsidR="00BD6A87">
        <w:t>_____________________________________________</w:t>
      </w:r>
    </w:p>
    <w:p w14:paraId="1FBC03E1" w14:textId="3A251D0F" w:rsidR="00BD6A87" w:rsidRDefault="00000000">
      <w:proofErr w:type="spellStart"/>
      <w:r>
        <w:t>Lakcím</w:t>
      </w:r>
      <w:proofErr w:type="spellEnd"/>
      <w:r>
        <w:t xml:space="preserve">: </w:t>
      </w:r>
      <w:r w:rsidR="00BD6A87">
        <w:t>_________________________________________________</w:t>
      </w:r>
    </w:p>
    <w:p w14:paraId="1B08A1BE" w14:textId="44E5593F" w:rsidR="00115A21" w:rsidRDefault="00BD6A87">
      <w:r>
        <w:t>___________________________________________________________</w:t>
      </w:r>
    </w:p>
    <w:p w14:paraId="3531C539" w14:textId="140268DD" w:rsidR="00115A21" w:rsidRDefault="00000000">
      <w:r>
        <w:t xml:space="preserve">TAJ </w:t>
      </w:r>
      <w:proofErr w:type="spellStart"/>
      <w:r>
        <w:t>szám</w:t>
      </w:r>
      <w:proofErr w:type="spellEnd"/>
      <w:r>
        <w:t xml:space="preserve">: </w:t>
      </w:r>
      <w:r w:rsidR="00BD6A87">
        <w:t>_______________________________________________</w:t>
      </w:r>
    </w:p>
    <w:p w14:paraId="5167F552" w14:textId="0A8A269D" w:rsidR="00115A21" w:rsidRDefault="00000000">
      <w:proofErr w:type="spellStart"/>
      <w:r>
        <w:t>Állampolgárság</w:t>
      </w:r>
      <w:proofErr w:type="spellEnd"/>
      <w:r>
        <w:t xml:space="preserve">: </w:t>
      </w:r>
      <w:r w:rsidR="00BD6A87">
        <w:t>________________________________________</w:t>
      </w:r>
    </w:p>
    <w:p w14:paraId="1C3B2DEC" w14:textId="77777777" w:rsidR="00115A21" w:rsidRDefault="00000000">
      <w:pPr>
        <w:pStyle w:val="Cmsor2"/>
      </w:pPr>
      <w:r>
        <w:t xml:space="preserve">2. Szülők / </w:t>
      </w:r>
      <w:proofErr w:type="spellStart"/>
      <w:r>
        <w:t>törvényes</w:t>
      </w:r>
      <w:proofErr w:type="spellEnd"/>
      <w:r>
        <w:t xml:space="preserve"> </w:t>
      </w:r>
      <w:proofErr w:type="spellStart"/>
      <w:r>
        <w:t>képviselők</w:t>
      </w:r>
      <w:proofErr w:type="spellEnd"/>
      <w:r>
        <w:t xml:space="preserve"> </w:t>
      </w:r>
      <w:proofErr w:type="spellStart"/>
      <w:r>
        <w:t>adatai</w:t>
      </w:r>
      <w:proofErr w:type="spellEnd"/>
    </w:p>
    <w:p w14:paraId="1160849E" w14:textId="77777777" w:rsidR="00BD6A87" w:rsidRDefault="00BD6A87" w:rsidP="00BD6A87"/>
    <w:p w14:paraId="60570DAC" w14:textId="706E40E9" w:rsidR="00430981" w:rsidRDefault="00430981" w:rsidP="00BD6A87">
      <w:r>
        <w:tab/>
        <w:t xml:space="preserve">                            APA/GONDVISELŐ</w:t>
      </w:r>
      <w:r>
        <w:tab/>
      </w:r>
      <w:r>
        <w:tab/>
      </w:r>
      <w:r>
        <w:tab/>
        <w:t xml:space="preserve">     ANYA/GONDVISELŐ</w:t>
      </w:r>
    </w:p>
    <w:tbl>
      <w:tblPr>
        <w:tblStyle w:val="Rcsostblzat"/>
        <w:tblW w:w="9844" w:type="dxa"/>
        <w:tblInd w:w="-598" w:type="dxa"/>
        <w:tblLook w:val="04A0" w:firstRow="1" w:lastRow="0" w:firstColumn="1" w:lastColumn="0" w:noHBand="0" w:noVBand="1"/>
      </w:tblPr>
      <w:tblGrid>
        <w:gridCol w:w="2082"/>
        <w:gridCol w:w="3801"/>
        <w:gridCol w:w="3961"/>
      </w:tblGrid>
      <w:tr w:rsidR="00430981" w14:paraId="24BB872A" w14:textId="4A0D8CFD" w:rsidTr="00430981">
        <w:trPr>
          <w:trHeight w:val="465"/>
        </w:trPr>
        <w:tc>
          <w:tcPr>
            <w:tcW w:w="2052" w:type="dxa"/>
          </w:tcPr>
          <w:p w14:paraId="3E41A5D8" w14:textId="7B21AEF3" w:rsidR="00430981" w:rsidRDefault="00430981" w:rsidP="00430981">
            <w:pPr>
              <w:spacing w:line="360" w:lineRule="auto"/>
              <w:jc w:val="center"/>
            </w:pPr>
            <w:r>
              <w:t>NÉV</w:t>
            </w:r>
          </w:p>
        </w:tc>
        <w:tc>
          <w:tcPr>
            <w:tcW w:w="3816" w:type="dxa"/>
          </w:tcPr>
          <w:p w14:paraId="77842CE7" w14:textId="77777777" w:rsidR="00430981" w:rsidRDefault="00430981" w:rsidP="00430981">
            <w:pPr>
              <w:spacing w:line="360" w:lineRule="auto"/>
            </w:pPr>
          </w:p>
        </w:tc>
        <w:tc>
          <w:tcPr>
            <w:tcW w:w="3976" w:type="dxa"/>
          </w:tcPr>
          <w:p w14:paraId="04E6B170" w14:textId="77777777" w:rsidR="00430981" w:rsidRDefault="00430981" w:rsidP="00430981">
            <w:pPr>
              <w:spacing w:line="360" w:lineRule="auto"/>
            </w:pPr>
          </w:p>
        </w:tc>
      </w:tr>
      <w:tr w:rsidR="00430981" w14:paraId="33EE06B0" w14:textId="0C0258D3" w:rsidTr="00430981">
        <w:trPr>
          <w:trHeight w:val="451"/>
        </w:trPr>
        <w:tc>
          <w:tcPr>
            <w:tcW w:w="2052" w:type="dxa"/>
          </w:tcPr>
          <w:p w14:paraId="0B8DA54D" w14:textId="77777777" w:rsidR="00430981" w:rsidRDefault="00430981" w:rsidP="00430981">
            <w:pPr>
              <w:spacing w:line="360" w:lineRule="auto"/>
              <w:jc w:val="center"/>
            </w:pPr>
            <w:r>
              <w:t>SZÜL. HELY, IDŐ</w:t>
            </w:r>
          </w:p>
          <w:p w14:paraId="493D29CD" w14:textId="32895A37" w:rsidR="00430981" w:rsidRDefault="00430981" w:rsidP="00430981">
            <w:pPr>
              <w:spacing w:line="360" w:lineRule="auto"/>
              <w:jc w:val="center"/>
            </w:pPr>
          </w:p>
        </w:tc>
        <w:tc>
          <w:tcPr>
            <w:tcW w:w="3816" w:type="dxa"/>
          </w:tcPr>
          <w:p w14:paraId="4A798B9E" w14:textId="77777777" w:rsidR="00430981" w:rsidRDefault="00430981" w:rsidP="00430981">
            <w:pPr>
              <w:spacing w:line="360" w:lineRule="auto"/>
            </w:pPr>
          </w:p>
        </w:tc>
        <w:tc>
          <w:tcPr>
            <w:tcW w:w="3976" w:type="dxa"/>
          </w:tcPr>
          <w:p w14:paraId="51164A34" w14:textId="77777777" w:rsidR="00430981" w:rsidRDefault="00430981" w:rsidP="00430981">
            <w:pPr>
              <w:spacing w:line="360" w:lineRule="auto"/>
            </w:pPr>
          </w:p>
        </w:tc>
      </w:tr>
      <w:tr w:rsidR="00430981" w14:paraId="62C3E402" w14:textId="56F487AC" w:rsidTr="00430981">
        <w:trPr>
          <w:trHeight w:val="465"/>
        </w:trPr>
        <w:tc>
          <w:tcPr>
            <w:tcW w:w="2052" w:type="dxa"/>
          </w:tcPr>
          <w:p w14:paraId="1B77C216" w14:textId="77777777" w:rsidR="00430981" w:rsidRDefault="00430981" w:rsidP="00430981">
            <w:pPr>
              <w:spacing w:line="360" w:lineRule="auto"/>
              <w:jc w:val="center"/>
            </w:pPr>
            <w:r>
              <w:t>ANYJA NEVE</w:t>
            </w:r>
          </w:p>
          <w:p w14:paraId="4D83630E" w14:textId="4CEE4174" w:rsidR="00430981" w:rsidRDefault="00430981" w:rsidP="00430981">
            <w:pPr>
              <w:spacing w:line="360" w:lineRule="auto"/>
              <w:jc w:val="center"/>
            </w:pPr>
          </w:p>
        </w:tc>
        <w:tc>
          <w:tcPr>
            <w:tcW w:w="3816" w:type="dxa"/>
          </w:tcPr>
          <w:p w14:paraId="447BF71D" w14:textId="77777777" w:rsidR="00430981" w:rsidRDefault="00430981" w:rsidP="00430981">
            <w:pPr>
              <w:spacing w:line="360" w:lineRule="auto"/>
            </w:pPr>
          </w:p>
        </w:tc>
        <w:tc>
          <w:tcPr>
            <w:tcW w:w="3976" w:type="dxa"/>
          </w:tcPr>
          <w:p w14:paraId="7E05C672" w14:textId="77777777" w:rsidR="00430981" w:rsidRDefault="00430981" w:rsidP="00430981">
            <w:pPr>
              <w:spacing w:line="360" w:lineRule="auto"/>
            </w:pPr>
          </w:p>
        </w:tc>
      </w:tr>
      <w:tr w:rsidR="00430981" w14:paraId="5F50B521" w14:textId="59431476" w:rsidTr="00430981">
        <w:trPr>
          <w:trHeight w:val="465"/>
        </w:trPr>
        <w:tc>
          <w:tcPr>
            <w:tcW w:w="2052" w:type="dxa"/>
          </w:tcPr>
          <w:p w14:paraId="14F57019" w14:textId="77777777" w:rsidR="00430981" w:rsidRDefault="00430981" w:rsidP="00430981">
            <w:pPr>
              <w:spacing w:line="360" w:lineRule="auto"/>
              <w:jc w:val="center"/>
            </w:pPr>
            <w:r>
              <w:t>ÁLLANDÓ LAKCÍM</w:t>
            </w:r>
          </w:p>
          <w:p w14:paraId="100EFDB7" w14:textId="48E1BF49" w:rsidR="00430981" w:rsidRDefault="00430981" w:rsidP="00430981">
            <w:pPr>
              <w:spacing w:line="360" w:lineRule="auto"/>
              <w:jc w:val="center"/>
            </w:pPr>
          </w:p>
        </w:tc>
        <w:tc>
          <w:tcPr>
            <w:tcW w:w="3816" w:type="dxa"/>
          </w:tcPr>
          <w:p w14:paraId="2A2818EB" w14:textId="77777777" w:rsidR="00430981" w:rsidRDefault="00430981" w:rsidP="00430981">
            <w:pPr>
              <w:spacing w:line="360" w:lineRule="auto"/>
            </w:pPr>
          </w:p>
        </w:tc>
        <w:tc>
          <w:tcPr>
            <w:tcW w:w="3976" w:type="dxa"/>
          </w:tcPr>
          <w:p w14:paraId="7D74D59F" w14:textId="77777777" w:rsidR="00430981" w:rsidRDefault="00430981" w:rsidP="00430981">
            <w:pPr>
              <w:spacing w:line="360" w:lineRule="auto"/>
            </w:pPr>
          </w:p>
        </w:tc>
      </w:tr>
      <w:tr w:rsidR="00430981" w14:paraId="3B916350" w14:textId="1871210E" w:rsidTr="00430981">
        <w:trPr>
          <w:trHeight w:val="465"/>
        </w:trPr>
        <w:tc>
          <w:tcPr>
            <w:tcW w:w="2052" w:type="dxa"/>
          </w:tcPr>
          <w:p w14:paraId="364190F3" w14:textId="44263684" w:rsidR="00430981" w:rsidRDefault="00430981" w:rsidP="00430981">
            <w:pPr>
              <w:spacing w:line="360" w:lineRule="auto"/>
              <w:jc w:val="center"/>
            </w:pPr>
            <w:r>
              <w:t>TARTÓZKODÁSI HELY</w:t>
            </w:r>
          </w:p>
        </w:tc>
        <w:tc>
          <w:tcPr>
            <w:tcW w:w="3816" w:type="dxa"/>
          </w:tcPr>
          <w:p w14:paraId="0C628B94" w14:textId="77777777" w:rsidR="00430981" w:rsidRDefault="00430981" w:rsidP="00430981">
            <w:pPr>
              <w:spacing w:line="360" w:lineRule="auto"/>
            </w:pPr>
          </w:p>
        </w:tc>
        <w:tc>
          <w:tcPr>
            <w:tcW w:w="3976" w:type="dxa"/>
          </w:tcPr>
          <w:p w14:paraId="470DCB23" w14:textId="77777777" w:rsidR="00430981" w:rsidRDefault="00430981" w:rsidP="00430981">
            <w:pPr>
              <w:spacing w:line="360" w:lineRule="auto"/>
            </w:pPr>
          </w:p>
        </w:tc>
      </w:tr>
      <w:tr w:rsidR="00430981" w14:paraId="55876520" w14:textId="0BADCEA5" w:rsidTr="00430981">
        <w:trPr>
          <w:trHeight w:val="451"/>
        </w:trPr>
        <w:tc>
          <w:tcPr>
            <w:tcW w:w="2052" w:type="dxa"/>
          </w:tcPr>
          <w:p w14:paraId="4B94885D" w14:textId="77777777" w:rsidR="00430981" w:rsidRDefault="00430981" w:rsidP="00430981">
            <w:pPr>
              <w:spacing w:line="360" w:lineRule="auto"/>
              <w:jc w:val="center"/>
            </w:pPr>
            <w:r>
              <w:t>ÁLLAMPOLGÁRSÁG</w:t>
            </w:r>
          </w:p>
          <w:p w14:paraId="539BD6E4" w14:textId="73BAA467" w:rsidR="00430981" w:rsidRDefault="00430981" w:rsidP="00430981">
            <w:pPr>
              <w:spacing w:line="360" w:lineRule="auto"/>
              <w:jc w:val="center"/>
            </w:pPr>
          </w:p>
        </w:tc>
        <w:tc>
          <w:tcPr>
            <w:tcW w:w="3816" w:type="dxa"/>
          </w:tcPr>
          <w:p w14:paraId="1C8FD913" w14:textId="77777777" w:rsidR="00430981" w:rsidRDefault="00430981" w:rsidP="00430981">
            <w:pPr>
              <w:spacing w:line="360" w:lineRule="auto"/>
            </w:pPr>
          </w:p>
        </w:tc>
        <w:tc>
          <w:tcPr>
            <w:tcW w:w="3976" w:type="dxa"/>
          </w:tcPr>
          <w:p w14:paraId="25DD3FD3" w14:textId="77777777" w:rsidR="00430981" w:rsidRDefault="00430981" w:rsidP="00430981">
            <w:pPr>
              <w:spacing w:line="360" w:lineRule="auto"/>
            </w:pPr>
          </w:p>
        </w:tc>
      </w:tr>
      <w:tr w:rsidR="00430981" w14:paraId="39C094A2" w14:textId="21F5A023" w:rsidTr="00430981">
        <w:trPr>
          <w:trHeight w:val="465"/>
        </w:trPr>
        <w:tc>
          <w:tcPr>
            <w:tcW w:w="2052" w:type="dxa"/>
          </w:tcPr>
          <w:p w14:paraId="66241424" w14:textId="77777777" w:rsidR="00430981" w:rsidRDefault="00430981" w:rsidP="00430981">
            <w:pPr>
              <w:spacing w:line="360" w:lineRule="auto"/>
              <w:jc w:val="center"/>
            </w:pPr>
            <w:r>
              <w:t>TELEFONSZÁM</w:t>
            </w:r>
          </w:p>
          <w:p w14:paraId="463F5172" w14:textId="51A18FB5" w:rsidR="00430981" w:rsidRDefault="00430981" w:rsidP="00430981">
            <w:pPr>
              <w:spacing w:line="360" w:lineRule="auto"/>
              <w:jc w:val="center"/>
            </w:pPr>
          </w:p>
        </w:tc>
        <w:tc>
          <w:tcPr>
            <w:tcW w:w="3816" w:type="dxa"/>
          </w:tcPr>
          <w:p w14:paraId="06244D92" w14:textId="77777777" w:rsidR="00430981" w:rsidRDefault="00430981" w:rsidP="00430981">
            <w:pPr>
              <w:spacing w:line="360" w:lineRule="auto"/>
            </w:pPr>
          </w:p>
        </w:tc>
        <w:tc>
          <w:tcPr>
            <w:tcW w:w="3976" w:type="dxa"/>
          </w:tcPr>
          <w:p w14:paraId="670D1AF5" w14:textId="77777777" w:rsidR="00430981" w:rsidRDefault="00430981" w:rsidP="00430981">
            <w:pPr>
              <w:spacing w:line="360" w:lineRule="auto"/>
            </w:pPr>
          </w:p>
        </w:tc>
      </w:tr>
      <w:tr w:rsidR="00430981" w14:paraId="729CE270" w14:textId="5343678E" w:rsidTr="00430981">
        <w:trPr>
          <w:trHeight w:val="465"/>
        </w:trPr>
        <w:tc>
          <w:tcPr>
            <w:tcW w:w="2052" w:type="dxa"/>
          </w:tcPr>
          <w:p w14:paraId="67CE7B06" w14:textId="77777777" w:rsidR="00430981" w:rsidRDefault="00430981" w:rsidP="00430981">
            <w:pPr>
              <w:spacing w:line="360" w:lineRule="auto"/>
              <w:jc w:val="center"/>
            </w:pPr>
            <w:r>
              <w:t>E-MAIL</w:t>
            </w:r>
          </w:p>
          <w:p w14:paraId="2C12E657" w14:textId="1C438209" w:rsidR="00430981" w:rsidRDefault="00430981" w:rsidP="00430981">
            <w:pPr>
              <w:spacing w:line="360" w:lineRule="auto"/>
              <w:jc w:val="center"/>
            </w:pPr>
          </w:p>
        </w:tc>
        <w:tc>
          <w:tcPr>
            <w:tcW w:w="3816" w:type="dxa"/>
          </w:tcPr>
          <w:p w14:paraId="6C1B6920" w14:textId="77777777" w:rsidR="00430981" w:rsidRDefault="00430981" w:rsidP="00430981">
            <w:pPr>
              <w:spacing w:line="360" w:lineRule="auto"/>
            </w:pPr>
          </w:p>
        </w:tc>
        <w:tc>
          <w:tcPr>
            <w:tcW w:w="3976" w:type="dxa"/>
          </w:tcPr>
          <w:p w14:paraId="5BE8866E" w14:textId="77777777" w:rsidR="00430981" w:rsidRDefault="00430981" w:rsidP="00430981">
            <w:pPr>
              <w:spacing w:line="360" w:lineRule="auto"/>
            </w:pPr>
          </w:p>
        </w:tc>
      </w:tr>
    </w:tbl>
    <w:p w14:paraId="43535F58" w14:textId="77777777" w:rsidR="00BD6A87" w:rsidRDefault="00BD6A87" w:rsidP="00BD6A87"/>
    <w:p w14:paraId="1021B6E6" w14:textId="77777777" w:rsidR="000970C9" w:rsidRPr="00BD6A87" w:rsidRDefault="000970C9" w:rsidP="00BD6A87"/>
    <w:p w14:paraId="5747CD99" w14:textId="77777777" w:rsidR="00115A21" w:rsidRDefault="00000000">
      <w:pPr>
        <w:pStyle w:val="Cmsor2"/>
      </w:pPr>
      <w:r>
        <w:lastRenderedPageBreak/>
        <w:t xml:space="preserve">3. </w:t>
      </w:r>
      <w:proofErr w:type="spellStart"/>
      <w:r>
        <w:t>Egészségügyi</w:t>
      </w:r>
      <w:proofErr w:type="spellEnd"/>
      <w:r>
        <w:t xml:space="preserve"> </w:t>
      </w:r>
      <w:proofErr w:type="spellStart"/>
      <w:r>
        <w:t>adatok</w:t>
      </w:r>
      <w:proofErr w:type="spellEnd"/>
    </w:p>
    <w:p w14:paraId="325CCEC3" w14:textId="77777777" w:rsidR="00430981" w:rsidRDefault="00000000" w:rsidP="000970C9">
      <w:pPr>
        <w:spacing w:line="360" w:lineRule="auto"/>
      </w:pPr>
      <w:proofErr w:type="spellStart"/>
      <w:r>
        <w:t>Háziorvos</w:t>
      </w:r>
      <w:proofErr w:type="spellEnd"/>
      <w:r>
        <w:t xml:space="preserve"> / </w:t>
      </w:r>
      <w:proofErr w:type="spellStart"/>
      <w:r>
        <w:t>gyermekorvos</w:t>
      </w:r>
      <w:proofErr w:type="spellEnd"/>
      <w:r>
        <w:t xml:space="preserve"> neve: </w:t>
      </w:r>
    </w:p>
    <w:p w14:paraId="78A73E18" w14:textId="1E2BAF53" w:rsidR="00115A21" w:rsidRDefault="00BD6A87" w:rsidP="000970C9">
      <w:pPr>
        <w:spacing w:line="360" w:lineRule="auto"/>
      </w:pPr>
      <w:r>
        <w:t>___________________________________________</w:t>
      </w:r>
      <w:r w:rsidR="000970C9">
        <w:t>____________</w:t>
      </w:r>
      <w:r>
        <w:t>__</w:t>
      </w:r>
    </w:p>
    <w:p w14:paraId="224EF166" w14:textId="77777777" w:rsidR="00430981" w:rsidRDefault="00000000" w:rsidP="000970C9">
      <w:pPr>
        <w:spacing w:line="360" w:lineRule="auto"/>
      </w:pPr>
      <w:proofErr w:type="spellStart"/>
      <w:r>
        <w:t>Rendelő</w:t>
      </w:r>
      <w:proofErr w:type="spellEnd"/>
      <w:r>
        <w:t xml:space="preserve"> </w:t>
      </w:r>
      <w:proofErr w:type="spellStart"/>
      <w:r>
        <w:t>címe</w:t>
      </w:r>
      <w:proofErr w:type="spellEnd"/>
      <w:r>
        <w:t xml:space="preserve">, </w:t>
      </w:r>
      <w:proofErr w:type="spellStart"/>
      <w:r>
        <w:t>telefonszáma</w:t>
      </w:r>
      <w:proofErr w:type="spellEnd"/>
      <w:r>
        <w:t xml:space="preserve">: </w:t>
      </w:r>
    </w:p>
    <w:p w14:paraId="430624EA" w14:textId="26FE5D4E" w:rsidR="00115A21" w:rsidRDefault="00BD6A87" w:rsidP="000970C9">
      <w:pPr>
        <w:spacing w:line="360" w:lineRule="auto"/>
      </w:pPr>
      <w:r>
        <w:t>____________________________________________</w:t>
      </w:r>
      <w:r w:rsidR="00430981">
        <w:t>____________</w:t>
      </w:r>
      <w:r>
        <w:t>_</w:t>
      </w:r>
    </w:p>
    <w:p w14:paraId="0BB0EEEE" w14:textId="77777777" w:rsidR="000970C9" w:rsidRDefault="00000000" w:rsidP="000970C9">
      <w:pPr>
        <w:spacing w:line="360" w:lineRule="auto"/>
      </w:pPr>
      <w:proofErr w:type="spellStart"/>
      <w:r>
        <w:t>Védőnő</w:t>
      </w:r>
      <w:proofErr w:type="spellEnd"/>
      <w:r>
        <w:t xml:space="preserve"> neve: </w:t>
      </w:r>
    </w:p>
    <w:p w14:paraId="5DC30B22" w14:textId="7487756E" w:rsidR="00115A21" w:rsidRDefault="00BD6A87" w:rsidP="000970C9">
      <w:pPr>
        <w:spacing w:line="360" w:lineRule="auto"/>
      </w:pPr>
      <w:r>
        <w:t>_____________________________________</w:t>
      </w:r>
      <w:r w:rsidR="000970C9">
        <w:t>___________</w:t>
      </w:r>
      <w:r>
        <w:t>________</w:t>
      </w:r>
    </w:p>
    <w:p w14:paraId="1E8F074C" w14:textId="055C769A" w:rsidR="00115A21" w:rsidRDefault="00000000" w:rsidP="000970C9">
      <w:pPr>
        <w:spacing w:line="360" w:lineRule="auto"/>
      </w:pPr>
      <w:proofErr w:type="spellStart"/>
      <w:r>
        <w:t>Allergiák</w:t>
      </w:r>
      <w:proofErr w:type="spellEnd"/>
      <w:r>
        <w:t xml:space="preserve">: </w:t>
      </w:r>
      <w:r w:rsidR="00BD6A87">
        <w:t>____________________________________________</w:t>
      </w:r>
      <w:r w:rsidR="000970C9">
        <w:t>________________________________________________________</w:t>
      </w:r>
      <w:r w:rsidR="00BD6A87">
        <w:t>_</w:t>
      </w:r>
    </w:p>
    <w:p w14:paraId="7017B052" w14:textId="1C1D6C0D" w:rsidR="00115A21" w:rsidRDefault="00000000" w:rsidP="000970C9">
      <w:pPr>
        <w:spacing w:line="360" w:lineRule="auto"/>
      </w:pPr>
      <w:proofErr w:type="spellStart"/>
      <w:r>
        <w:t>Tartós</w:t>
      </w:r>
      <w:proofErr w:type="spellEnd"/>
      <w:r>
        <w:t xml:space="preserve"> </w:t>
      </w:r>
      <w:proofErr w:type="spellStart"/>
      <w:r>
        <w:t>betegségek</w:t>
      </w:r>
      <w:proofErr w:type="spellEnd"/>
      <w:r>
        <w:t xml:space="preserve">: </w:t>
      </w:r>
      <w:r w:rsidR="00BD6A87">
        <w:t>__________________________</w:t>
      </w:r>
      <w:r w:rsidR="000970C9">
        <w:t>__________________________________</w:t>
      </w:r>
      <w:r w:rsidR="00BD6A87">
        <w:t>___________________</w:t>
      </w:r>
    </w:p>
    <w:p w14:paraId="57D41F17" w14:textId="2D1951B4" w:rsidR="00115A21" w:rsidRDefault="00000000" w:rsidP="000970C9">
      <w:pPr>
        <w:spacing w:line="360" w:lineRule="auto"/>
      </w:pPr>
      <w:proofErr w:type="spellStart"/>
      <w:r>
        <w:t>Szed</w:t>
      </w:r>
      <w:proofErr w:type="spellEnd"/>
      <w:r>
        <w:t xml:space="preserve">-e </w:t>
      </w:r>
      <w:proofErr w:type="spellStart"/>
      <w:r>
        <w:t>rendszeresen</w:t>
      </w:r>
      <w:proofErr w:type="spellEnd"/>
      <w:r>
        <w:t xml:space="preserve"> </w:t>
      </w:r>
      <w:proofErr w:type="spellStart"/>
      <w:r>
        <w:t>gyógyszert</w:t>
      </w:r>
      <w:proofErr w:type="spellEnd"/>
      <w:r>
        <w:t xml:space="preserve">? Ha igen, mit? </w:t>
      </w:r>
      <w:r w:rsidR="00BD6A87">
        <w:t>__</w:t>
      </w:r>
      <w:r w:rsidR="000970C9">
        <w:t>__</w:t>
      </w:r>
      <w:r w:rsidR="00BD6A87">
        <w:t>___________________________________________</w:t>
      </w:r>
    </w:p>
    <w:p w14:paraId="7FB9A55F" w14:textId="42C57783" w:rsidR="00115A21" w:rsidRDefault="00000000" w:rsidP="000970C9">
      <w:pPr>
        <w:spacing w:line="360" w:lineRule="auto"/>
      </w:pPr>
      <w:proofErr w:type="spellStart"/>
      <w:r>
        <w:t>Ételintolerancia</w:t>
      </w:r>
      <w:proofErr w:type="spellEnd"/>
      <w:r>
        <w:t xml:space="preserve">, </w:t>
      </w:r>
      <w:proofErr w:type="spellStart"/>
      <w:r>
        <w:t>diéta</w:t>
      </w:r>
      <w:proofErr w:type="spellEnd"/>
      <w:r>
        <w:t xml:space="preserve">: </w:t>
      </w:r>
      <w:r w:rsidR="00BD6A87">
        <w:t>_________________________________________</w:t>
      </w:r>
      <w:r w:rsidR="000970C9">
        <w:t>______________________________</w:t>
      </w:r>
      <w:r w:rsidR="00BD6A87">
        <w:t>____</w:t>
      </w:r>
    </w:p>
    <w:p w14:paraId="48C657FA" w14:textId="20B1792D" w:rsidR="000970C9" w:rsidRDefault="000970C9" w:rsidP="000970C9">
      <w:pPr>
        <w:spacing w:line="360" w:lineRule="auto"/>
      </w:pPr>
      <w:proofErr w:type="spellStart"/>
      <w:r>
        <w:t>Lázcsillapítási</w:t>
      </w:r>
      <w:proofErr w:type="spellEnd"/>
      <w:r>
        <w:t xml:space="preserve"> </w:t>
      </w:r>
      <w:proofErr w:type="spellStart"/>
      <w:r>
        <w:t>szokások</w:t>
      </w:r>
      <w:proofErr w:type="spellEnd"/>
      <w:r>
        <w:t>: _________________________________________________________________________</w:t>
      </w:r>
    </w:p>
    <w:p w14:paraId="6C25DE2C" w14:textId="4B43F1BC" w:rsidR="000970C9" w:rsidRDefault="00000000" w:rsidP="000970C9">
      <w:pPr>
        <w:spacing w:line="360" w:lineRule="auto"/>
      </w:pPr>
      <w:proofErr w:type="spellStart"/>
      <w:r>
        <w:t>Egyéb</w:t>
      </w:r>
      <w:proofErr w:type="spellEnd"/>
      <w:r>
        <w:t xml:space="preserve"> </w:t>
      </w:r>
      <w:proofErr w:type="spellStart"/>
      <w:r>
        <w:t>fontos</w:t>
      </w:r>
      <w:proofErr w:type="spellEnd"/>
      <w:r>
        <w:t xml:space="preserve"> </w:t>
      </w:r>
      <w:proofErr w:type="spellStart"/>
      <w:r>
        <w:t>tudnivaló</w:t>
      </w:r>
      <w:proofErr w:type="spellEnd"/>
      <w:r>
        <w:t>:</w:t>
      </w:r>
      <w:r w:rsidR="000970C9">
        <w:t xml:space="preserve"> </w:t>
      </w:r>
      <w:r w:rsidR="00BD6A87">
        <w:t>____________________________________________</w:t>
      </w:r>
      <w:r w:rsidR="000970C9">
        <w:t>______________________________</w:t>
      </w:r>
    </w:p>
    <w:p w14:paraId="350333FB" w14:textId="4D449558" w:rsidR="000970C9" w:rsidRDefault="000970C9">
      <w:r>
        <w:t>_____________________________________________________________________________________________________</w:t>
      </w:r>
    </w:p>
    <w:p w14:paraId="6EF654EA" w14:textId="77777777" w:rsidR="00115A21" w:rsidRDefault="00000000">
      <w:pPr>
        <w:pStyle w:val="Cmsor2"/>
      </w:pPr>
      <w:r>
        <w:t>4. Elviteli jogosultság</w:t>
      </w:r>
    </w:p>
    <w:p w14:paraId="7B249355" w14:textId="77777777" w:rsidR="00115A21" w:rsidRDefault="00000000">
      <w:r>
        <w:t>A gyermeket elvihetik az intézményből (név + kapcsolat + telefonszám):</w:t>
      </w:r>
    </w:p>
    <w:p w14:paraId="45352DAC" w14:textId="2F98400B" w:rsidR="00115A21" w:rsidRDefault="00BD6A87">
      <w:r>
        <w:t>____________________________________________</w:t>
      </w:r>
      <w:r w:rsidR="000970C9">
        <w:t>_________________________________________________________</w:t>
      </w:r>
    </w:p>
    <w:p w14:paraId="2917E3FB" w14:textId="77777777" w:rsidR="000970C9" w:rsidRDefault="000970C9">
      <w:r>
        <w:t>_____________________________________________________________________________________________________</w:t>
      </w:r>
    </w:p>
    <w:p w14:paraId="4EFC48C1" w14:textId="2D546DE7" w:rsidR="000970C9" w:rsidRDefault="000970C9">
      <w:r>
        <w:t>_____________________________________________________________________________________________________</w:t>
      </w:r>
    </w:p>
    <w:p w14:paraId="5B4C4CBC" w14:textId="77777777" w:rsidR="00115A21" w:rsidRDefault="00000000" w:rsidP="000970C9">
      <w:pPr>
        <w:pStyle w:val="Cmsor2"/>
        <w:jc w:val="both"/>
      </w:pPr>
      <w:proofErr w:type="spellStart"/>
      <w:r>
        <w:t>Nyilatkozat</w:t>
      </w:r>
      <w:proofErr w:type="spellEnd"/>
    </w:p>
    <w:p w14:paraId="1928BD1D" w14:textId="429DA561" w:rsidR="00115A21" w:rsidRDefault="00000000" w:rsidP="000970C9">
      <w:pPr>
        <w:jc w:val="both"/>
      </w:pPr>
      <w:r>
        <w:t xml:space="preserve">Alulírott szülő/gondviselő kijelentem, hogy a fent megadott </w:t>
      </w:r>
      <w:proofErr w:type="spellStart"/>
      <w:r>
        <w:t>adatok</w:t>
      </w:r>
      <w:proofErr w:type="spellEnd"/>
      <w:r>
        <w:t xml:space="preserve"> a </w:t>
      </w:r>
      <w:proofErr w:type="spellStart"/>
      <w:r>
        <w:t>valóságnak</w:t>
      </w:r>
      <w:proofErr w:type="spellEnd"/>
      <w:r>
        <w:t xml:space="preserve"> </w:t>
      </w:r>
      <w:proofErr w:type="spellStart"/>
      <w:r>
        <w:t>megfelelnek</w:t>
      </w:r>
      <w:proofErr w:type="spellEnd"/>
      <w:r>
        <w:t>.</w:t>
      </w:r>
      <w:r w:rsidR="007F53D8">
        <w:t xml:space="preserve"> </w:t>
      </w:r>
      <w:proofErr w:type="spellStart"/>
      <w:r>
        <w:t>Tudomásul</w:t>
      </w:r>
      <w:proofErr w:type="spellEnd"/>
      <w:r>
        <w:t xml:space="preserve"> </w:t>
      </w:r>
      <w:proofErr w:type="spellStart"/>
      <w:r>
        <w:t>veszem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intézmény a személyes adatokat bizalmasan kezeli, azokat harmadik félnek nem adja ki.</w:t>
      </w:r>
      <w:r>
        <w:br/>
      </w:r>
      <w:r>
        <w:br/>
      </w:r>
      <w:proofErr w:type="spellStart"/>
      <w:r>
        <w:t>Dátum</w:t>
      </w:r>
      <w:proofErr w:type="spellEnd"/>
      <w:r>
        <w:t xml:space="preserve">: </w:t>
      </w:r>
    </w:p>
    <w:p w14:paraId="4D60F690" w14:textId="0CDA6D22" w:rsidR="007F53D8" w:rsidRDefault="007F53D8" w:rsidP="000970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14:paraId="4962D069" w14:textId="012C9BED" w:rsidR="000970C9" w:rsidRDefault="007F53D8" w:rsidP="000970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szülő</w:t>
      </w:r>
      <w:proofErr w:type="spellEnd"/>
      <w:r>
        <w:t>/</w:t>
      </w:r>
      <w:proofErr w:type="spellStart"/>
      <w:r>
        <w:t>törvényes</w:t>
      </w:r>
      <w:proofErr w:type="spellEnd"/>
      <w:r>
        <w:t xml:space="preserve"> </w:t>
      </w:r>
      <w:proofErr w:type="spellStart"/>
      <w:r>
        <w:t>képviselő</w:t>
      </w:r>
      <w:proofErr w:type="spellEnd"/>
      <w:r w:rsidR="000970C9">
        <w:tab/>
      </w:r>
    </w:p>
    <w:sectPr w:rsidR="000970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3CA27" w14:textId="77777777" w:rsidR="00B02692" w:rsidRDefault="00B02692">
      <w:pPr>
        <w:spacing w:after="0" w:line="240" w:lineRule="auto"/>
      </w:pPr>
      <w:r>
        <w:separator/>
      </w:r>
    </w:p>
  </w:endnote>
  <w:endnote w:type="continuationSeparator" w:id="0">
    <w:p w14:paraId="094418D5" w14:textId="77777777" w:rsidR="00B02692" w:rsidRDefault="00B0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4F028" w14:textId="77777777" w:rsidR="007F53D8" w:rsidRDefault="007F53D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9C1F" w14:textId="77777777" w:rsidR="007F53D8" w:rsidRDefault="007F53D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D1F3" w14:textId="77777777" w:rsidR="007F53D8" w:rsidRDefault="007F53D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08A4E" w14:textId="77777777" w:rsidR="00B02692" w:rsidRDefault="00B02692">
      <w:pPr>
        <w:spacing w:after="0" w:line="240" w:lineRule="auto"/>
      </w:pPr>
      <w:r>
        <w:separator/>
      </w:r>
    </w:p>
  </w:footnote>
  <w:footnote w:type="continuationSeparator" w:id="0">
    <w:p w14:paraId="5724F553" w14:textId="77777777" w:rsidR="00B02692" w:rsidRDefault="00B02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70FFE" w14:textId="77777777" w:rsidR="007F53D8" w:rsidRDefault="007F53D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48AD" w14:textId="77777777" w:rsidR="00115A21" w:rsidRDefault="00000000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5FB6E2" wp14:editId="0B15F7CD">
          <wp:simplePos x="0" y="0"/>
          <wp:positionH relativeFrom="column">
            <wp:posOffset>3224213</wp:posOffset>
          </wp:positionH>
          <wp:positionV relativeFrom="paragraph">
            <wp:posOffset>733425</wp:posOffset>
          </wp:positionV>
          <wp:extent cx="2795587" cy="2466340"/>
          <wp:effectExtent l="0" t="0" r="5080" b="0"/>
          <wp:wrapThrough wrapText="bothSides">
            <wp:wrapPolygon edited="0">
              <wp:start x="0" y="0"/>
              <wp:lineTo x="0" y="21355"/>
              <wp:lineTo x="21492" y="21355"/>
              <wp:lineTo x="21492" y="0"/>
              <wp:lineTo x="0" y="0"/>
            </wp:wrapPolygon>
          </wp:wrapThrough>
          <wp:docPr id="12944683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rzsa_logo.png"/>
                  <pic:cNvPicPr/>
                </pic:nvPicPr>
                <pic:blipFill rotWithShape="1">
                  <a:blip r:embed="rId1"/>
                  <a:srcRect l="6024" t="15655" r="5582" b="29161"/>
                  <a:stretch>
                    <a:fillRect/>
                  </a:stretch>
                </pic:blipFill>
                <pic:spPr bwMode="auto">
                  <a:xfrm>
                    <a:off x="0" y="0"/>
                    <a:ext cx="2795587" cy="2466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34880" w14:textId="77777777" w:rsidR="007F53D8" w:rsidRDefault="007F53D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293C99"/>
    <w:multiLevelType w:val="hybridMultilevel"/>
    <w:tmpl w:val="0572465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D8110F"/>
    <w:multiLevelType w:val="hybridMultilevel"/>
    <w:tmpl w:val="346A3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801195">
    <w:abstractNumId w:val="8"/>
  </w:num>
  <w:num w:numId="2" w16cid:durableId="1154252388">
    <w:abstractNumId w:val="6"/>
  </w:num>
  <w:num w:numId="3" w16cid:durableId="1699813302">
    <w:abstractNumId w:val="5"/>
  </w:num>
  <w:num w:numId="4" w16cid:durableId="163325366">
    <w:abstractNumId w:val="4"/>
  </w:num>
  <w:num w:numId="5" w16cid:durableId="1538203218">
    <w:abstractNumId w:val="7"/>
  </w:num>
  <w:num w:numId="6" w16cid:durableId="767696850">
    <w:abstractNumId w:val="3"/>
  </w:num>
  <w:num w:numId="7" w16cid:durableId="809516097">
    <w:abstractNumId w:val="2"/>
  </w:num>
  <w:num w:numId="8" w16cid:durableId="594247055">
    <w:abstractNumId w:val="1"/>
  </w:num>
  <w:num w:numId="9" w16cid:durableId="1576010621">
    <w:abstractNumId w:val="0"/>
  </w:num>
  <w:num w:numId="10" w16cid:durableId="1948151116">
    <w:abstractNumId w:val="10"/>
  </w:num>
  <w:num w:numId="11" w16cid:durableId="255989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0C9"/>
    <w:rsid w:val="00115A21"/>
    <w:rsid w:val="0015074B"/>
    <w:rsid w:val="00256785"/>
    <w:rsid w:val="0029639D"/>
    <w:rsid w:val="003100DD"/>
    <w:rsid w:val="00326F90"/>
    <w:rsid w:val="00430981"/>
    <w:rsid w:val="007F53D8"/>
    <w:rsid w:val="008E5E5B"/>
    <w:rsid w:val="00AA1D8D"/>
    <w:rsid w:val="00B02692"/>
    <w:rsid w:val="00B47730"/>
    <w:rsid w:val="00BD6A8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13CC89"/>
  <w14:defaultImageDpi w14:val="300"/>
  <w15:docId w15:val="{C54B5D5C-6FBF-48F9-A9E9-A7EDD3DD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Eszter Franyó</cp:lastModifiedBy>
  <cp:revision>2</cp:revision>
  <dcterms:created xsi:type="dcterms:W3CDTF">2025-09-12T14:10:00Z</dcterms:created>
  <dcterms:modified xsi:type="dcterms:W3CDTF">2025-09-12T14:10:00Z</dcterms:modified>
  <cp:category/>
</cp:coreProperties>
</file>